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2F5115" w14:textId="77777777" w:rsidR="005C080B" w:rsidRDefault="00000000">
      <w:pPr>
        <w:jc w:val="center"/>
      </w:pPr>
      <w:r>
        <w:rPr>
          <w:b/>
          <w:sz w:val="28"/>
        </w:rPr>
        <w:t>Belangrijk bericht over de start van de beginnerscursus bridge</w:t>
      </w:r>
    </w:p>
    <w:p w14:paraId="4C466B6B" w14:textId="77777777" w:rsidR="005C080B" w:rsidRDefault="00000000">
      <w:r>
        <w:t>Beste cursist,</w:t>
      </w:r>
    </w:p>
    <w:p w14:paraId="4493CB14" w14:textId="77777777" w:rsidR="005C080B" w:rsidRDefault="00000000">
      <w:r>
        <w:t>Helaas hebben we een vervelend bericht. De beginnerscursus bridge, die gepland stond om vrijdag 2 oktober te starten, kan die dag niet doorgaan.</w:t>
      </w:r>
    </w:p>
    <w:p w14:paraId="74E2849F" w14:textId="77777777" w:rsidR="005C080B" w:rsidRDefault="00000000">
      <w:r>
        <w:t>Onze docent José Starreveld is door een sterfgeval in haar familie verhinderd. We willen haar en haar familie uiteraard de tijd en ruimte geven voor dit verdriet.</w:t>
      </w:r>
    </w:p>
    <w:p w14:paraId="3106B71B" w14:textId="77777777" w:rsidR="005C080B" w:rsidRDefault="00000000">
      <w:r>
        <w:rPr>
          <w:b/>
        </w:rPr>
        <w:t>Gelukkig kunnen we de cursus één week later starten, op vrijdag 9 oktober om 09.30 uur.</w:t>
      </w:r>
    </w:p>
    <w:p w14:paraId="69AB5D80" w14:textId="77777777" w:rsidR="005C080B" w:rsidRDefault="00000000">
      <w:r>
        <w:t>Een bijkomend voordeel is dat de lessen daarna gewoon achter elkaar kunnen doorgaan. De twee vrijdagen waarop José eerder verhinderd zou zijn, is zij inmiddels wél beschikbaar. Het aantal lessen en het verdere programma blijven daardoor ongewijzigd.</w:t>
      </w:r>
    </w:p>
    <w:p w14:paraId="6E2ED768" w14:textId="77777777" w:rsidR="005C080B" w:rsidRDefault="00000000">
      <w:r>
        <w:t>We hopen dat deze wijziging voor iedereen goed uitkomt en zien ernaar uit om jullie op vrijdag 9 oktober alsnog te verwelkomen en samen met jullie te beginnen aan deze leuke kennismaking met het bridgespel.</w:t>
      </w:r>
    </w:p>
    <w:p w14:paraId="160A9DCE" w14:textId="77777777" w:rsidR="005C080B" w:rsidRDefault="00000000">
      <w:r>
        <w:t>Voor nu wensen we José en haar familie heel veel sterkte in deze moeilijke periode.</w:t>
      </w:r>
    </w:p>
    <w:p w14:paraId="3054A667" w14:textId="77777777" w:rsidR="005C080B" w:rsidRDefault="00000000">
      <w:r>
        <w:t>Met vriendelijke groet,</w:t>
      </w:r>
      <w:r>
        <w:br/>
      </w:r>
      <w:r>
        <w:br/>
        <w:t>De gezamenlijke bridgeclubs van Santpoort</w:t>
      </w:r>
      <w:r>
        <w:br/>
        <w:t>Bridgeclub Santpoort</w:t>
      </w:r>
      <w:r>
        <w:br/>
        <w:t>Bridgeclub De Santhaes</w:t>
      </w:r>
      <w:r>
        <w:br/>
        <w:t>Bridgeclub Hart van Santpoort</w:t>
      </w:r>
    </w:p>
    <w:sectPr w:rsidR="005C080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55489820">
    <w:abstractNumId w:val="8"/>
  </w:num>
  <w:num w:numId="2" w16cid:durableId="1390228897">
    <w:abstractNumId w:val="6"/>
  </w:num>
  <w:num w:numId="3" w16cid:durableId="379284541">
    <w:abstractNumId w:val="5"/>
  </w:num>
  <w:num w:numId="4" w16cid:durableId="1644772086">
    <w:abstractNumId w:val="4"/>
  </w:num>
  <w:num w:numId="5" w16cid:durableId="1550459633">
    <w:abstractNumId w:val="7"/>
  </w:num>
  <w:num w:numId="6" w16cid:durableId="2054235427">
    <w:abstractNumId w:val="3"/>
  </w:num>
  <w:num w:numId="7" w16cid:durableId="867064127">
    <w:abstractNumId w:val="2"/>
  </w:num>
  <w:num w:numId="8" w16cid:durableId="1558203134">
    <w:abstractNumId w:val="1"/>
  </w:num>
  <w:num w:numId="9" w16cid:durableId="16101195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B1922"/>
    <w:rsid w:val="005C080B"/>
    <w:rsid w:val="00AA1D8D"/>
    <w:rsid w:val="00B47730"/>
    <w:rsid w:val="00CB0664"/>
    <w:rsid w:val="00DA73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D649EB"/>
  <w14:defaultImageDpi w14:val="300"/>
  <w15:docId w15:val="{071DC02A-553B-EB4C-8C78-1D928584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Hans van der Stoop</cp:lastModifiedBy>
  <cp:revision>2</cp:revision>
  <dcterms:created xsi:type="dcterms:W3CDTF">2026-09-29T09:02:00Z</dcterms:created>
  <dcterms:modified xsi:type="dcterms:W3CDTF">2026-09-29T09:02:00Z</dcterms:modified>
  <cp:category/>
</cp:coreProperties>
</file>